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rFonts w:ascii="Arial" w:hAnsi="Arial"/>
          <w:b/>
          <w:color w:val="17365D"/>
          <w:sz w:val="38"/>
        </w:rPr>
        <w:t>ELEVATED PATH HOUSE</w:t>
      </w:r>
    </w:p>
    <w:p>
      <w:pPr>
        <w:spacing w:after="40"/>
        <w:jc w:val="center"/>
      </w:pPr>
      <w:r>
        <w:rPr>
          <w:rFonts w:ascii="Arial" w:hAnsi="Arial"/>
          <w:b/>
          <w:color w:val="2F75B5"/>
          <w:sz w:val="24"/>
        </w:rPr>
        <w:t>RESIDENT APPLICATION</w:t>
      </w:r>
    </w:p>
    <w:p>
      <w:pPr>
        <w:spacing w:after="100"/>
        <w:jc w:val="center"/>
      </w:pPr>
      <w:r>
        <w:rPr>
          <w:i/>
          <w:color w:val="555555"/>
          <w:sz w:val="18"/>
        </w:rPr>
        <w:t>Structure • Strength • Purpose • Recovery</w:t>
      </w:r>
    </w:p>
    <w:p>
      <w:pPr>
        <w:keepNext/>
        <w:spacing w:before="80" w:after="40"/>
        <w:pBdr>
          <w:bottom w:val="single" w:sz="8" w:space="1" w:color="2F75B5"/>
        </w:pBdr>
      </w:pPr>
      <w:r>
        <w:rPr>
          <w:rFonts w:ascii="Arial" w:hAnsi="Arial"/>
          <w:b/>
          <w:color w:val="17365D"/>
          <w:sz w:val="20"/>
        </w:rPr>
        <w:t>APPLICANT INFORMATION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85"/>
        <w:gridCol w:w="5285"/>
      </w:tblGrid>
      <w:tr>
        <w:tc>
          <w:tcPr>
            <w:tcW w:type="dxa" w:w="5213"/>
            <w:tcMar>
              <w:top w:w="45" w:type="dxa"/>
              <w:start w:w="75" w:type="dxa"/>
              <w:bottom w:w="45" w:type="dxa"/>
              <w:end w:w="75" w:type="dxa"/>
            </w:tcMar>
            <w:vAlign w:val="center"/>
          </w:tcPr>
          <w:p>
            <w:pPr>
              <w:spacing w:after="0"/>
            </w:pPr>
            <w:r>
              <w:t>Full legal name: __________________________________</w:t>
            </w:r>
          </w:p>
        </w:tc>
        <w:tc>
          <w:tcPr>
            <w:tcW w:type="dxa" w:w="5213"/>
            <w:tcMar>
              <w:top w:w="45" w:type="dxa"/>
              <w:start w:w="75" w:type="dxa"/>
              <w:bottom w:w="45" w:type="dxa"/>
              <w:end w:w="75" w:type="dxa"/>
            </w:tcMar>
            <w:vAlign w:val="center"/>
          </w:tcPr>
          <w:p>
            <w:pPr>
              <w:spacing w:after="0"/>
            </w:pPr>
            <w:r>
              <w:t>Preferred name: _________________________________</w:t>
            </w:r>
          </w:p>
        </w:tc>
      </w:tr>
      <w:tr>
        <w:tc>
          <w:tcPr>
            <w:tcW w:type="dxa" w:w="5213"/>
            <w:tcMar>
              <w:top w:w="45" w:type="dxa"/>
              <w:start w:w="75" w:type="dxa"/>
              <w:bottom w:w="45" w:type="dxa"/>
              <w:end w:w="75" w:type="dxa"/>
            </w:tcMar>
            <w:vAlign w:val="center"/>
          </w:tcPr>
          <w:p>
            <w:pPr>
              <w:spacing w:after="0"/>
            </w:pPr>
            <w:r>
              <w:t>Date of birth: __________________  Age: __________</w:t>
            </w:r>
          </w:p>
        </w:tc>
        <w:tc>
          <w:tcPr>
            <w:tcW w:type="dxa" w:w="5213"/>
            <w:tcMar>
              <w:top w:w="45" w:type="dxa"/>
              <w:start w:w="75" w:type="dxa"/>
              <w:bottom w:w="45" w:type="dxa"/>
              <w:end w:w="75" w:type="dxa"/>
            </w:tcMar>
            <w:vAlign w:val="center"/>
          </w:tcPr>
          <w:p>
            <w:pPr>
              <w:spacing w:after="0"/>
            </w:pPr>
            <w:r>
              <w:t>Phone: ________________________________________</w:t>
            </w:r>
          </w:p>
        </w:tc>
      </w:tr>
      <w:tr>
        <w:tc>
          <w:tcPr>
            <w:tcW w:type="dxa" w:w="5213"/>
            <w:tcMar>
              <w:top w:w="45" w:type="dxa"/>
              <w:start w:w="75" w:type="dxa"/>
              <w:bottom w:w="45" w:type="dxa"/>
              <w:end w:w="75" w:type="dxa"/>
            </w:tcMar>
            <w:vAlign w:val="center"/>
          </w:tcPr>
          <w:p>
            <w:pPr>
              <w:spacing w:after="0"/>
            </w:pPr>
            <w:r>
              <w:t>Email: __________________________________________</w:t>
            </w:r>
          </w:p>
        </w:tc>
        <w:tc>
          <w:tcPr>
            <w:tcW w:type="dxa" w:w="5213"/>
            <w:tcMar>
              <w:top w:w="45" w:type="dxa"/>
              <w:start w:w="75" w:type="dxa"/>
              <w:bottom w:w="45" w:type="dxa"/>
              <w:end w:w="75" w:type="dxa"/>
            </w:tcMar>
            <w:vAlign w:val="center"/>
          </w:tcPr>
          <w:p>
            <w:pPr>
              <w:spacing w:after="0"/>
            </w:pPr>
            <w:r>
              <w:t>Requested move-in date: _________________________</w:t>
            </w:r>
          </w:p>
        </w:tc>
      </w:tr>
      <w:tr>
        <w:tc>
          <w:tcPr>
            <w:tcW w:type="dxa" w:w="5213"/>
            <w:tcMar>
              <w:top w:w="45" w:type="dxa"/>
              <w:start w:w="75" w:type="dxa"/>
              <w:bottom w:w="45" w:type="dxa"/>
              <w:end w:w="75" w:type="dxa"/>
            </w:tcMar>
            <w:vAlign w:val="center"/>
          </w:tcPr>
          <w:p>
            <w:pPr>
              <w:spacing w:after="0"/>
            </w:pPr>
            <w:r>
              <w:t>Current address: _________________________________</w:t>
            </w:r>
          </w:p>
        </w:tc>
        <w:tc>
          <w:tcPr>
            <w:tcW w:type="dxa" w:w="5213"/>
            <w:tcMar>
              <w:top w:w="45" w:type="dxa"/>
              <w:start w:w="75" w:type="dxa"/>
              <w:bottom w:w="45" w:type="dxa"/>
              <w:end w:w="75" w:type="dxa"/>
            </w:tcMar>
            <w:vAlign w:val="center"/>
          </w:tcPr>
          <w:p>
            <w:pPr>
              <w:spacing w:after="0"/>
            </w:pPr>
            <w:r>
              <w:t>City/State/ZIP: _________________________________</w:t>
            </w:r>
          </w:p>
        </w:tc>
      </w:tr>
    </w:tbl>
    <w:p>
      <w:pPr>
        <w:keepNext/>
        <w:spacing w:before="80" w:after="40"/>
        <w:pBdr>
          <w:bottom w:val="single" w:sz="8" w:space="1" w:color="2F75B5"/>
        </w:pBdr>
      </w:pPr>
      <w:r>
        <w:rPr>
          <w:rFonts w:ascii="Arial" w:hAnsi="Arial"/>
          <w:b/>
          <w:color w:val="17365D"/>
          <w:sz w:val="20"/>
        </w:rPr>
        <w:t>EMERGENCY CONTACT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85"/>
        <w:gridCol w:w="5285"/>
      </w:tblGrid>
      <w:tr>
        <w:tc>
          <w:tcPr>
            <w:tcW w:type="dxa" w:w="5213"/>
            <w:tcMar>
              <w:top w:w="45" w:type="dxa"/>
              <w:start w:w="75" w:type="dxa"/>
              <w:bottom w:w="45" w:type="dxa"/>
              <w:end w:w="75" w:type="dxa"/>
            </w:tcMar>
            <w:vAlign w:val="center"/>
          </w:tcPr>
          <w:p>
            <w:pPr>
              <w:spacing w:after="0"/>
            </w:pPr>
            <w:r>
              <w:t>Name: __________________________________________</w:t>
            </w:r>
          </w:p>
        </w:tc>
        <w:tc>
          <w:tcPr>
            <w:tcW w:type="dxa" w:w="5213"/>
            <w:tcMar>
              <w:top w:w="45" w:type="dxa"/>
              <w:start w:w="75" w:type="dxa"/>
              <w:bottom w:w="45" w:type="dxa"/>
              <w:end w:w="75" w:type="dxa"/>
            </w:tcMar>
            <w:vAlign w:val="center"/>
          </w:tcPr>
          <w:p>
            <w:pPr>
              <w:spacing w:after="0"/>
            </w:pPr>
            <w:r>
              <w:t>Relationship: __________________________________</w:t>
            </w:r>
          </w:p>
        </w:tc>
      </w:tr>
      <w:tr>
        <w:tc>
          <w:tcPr>
            <w:tcW w:type="dxa" w:w="5213"/>
            <w:tcMar>
              <w:top w:w="45" w:type="dxa"/>
              <w:start w:w="75" w:type="dxa"/>
              <w:bottom w:w="45" w:type="dxa"/>
              <w:end w:w="75" w:type="dxa"/>
            </w:tcMar>
            <w:vAlign w:val="center"/>
          </w:tcPr>
          <w:p>
            <w:pPr>
              <w:spacing w:after="0"/>
            </w:pPr>
            <w:r>
              <w:t>Phone: _________________________________________</w:t>
            </w:r>
          </w:p>
        </w:tc>
        <w:tc>
          <w:tcPr>
            <w:tcW w:type="dxa" w:w="5213"/>
            <w:tcMar>
              <w:top w:w="45" w:type="dxa"/>
              <w:start w:w="75" w:type="dxa"/>
              <w:bottom w:w="45" w:type="dxa"/>
              <w:end w:w="75" w:type="dxa"/>
            </w:tcMar>
            <w:vAlign w:val="center"/>
          </w:tcPr>
          <w:p>
            <w:pPr>
              <w:spacing w:after="0"/>
            </w:pPr>
            <w:r>
              <w:t>Alternate phone: ________________________________</w:t>
            </w:r>
          </w:p>
        </w:tc>
      </w:tr>
    </w:tbl>
    <w:p>
      <w:pPr>
        <w:keepNext/>
        <w:spacing w:before="80" w:after="40"/>
        <w:pBdr>
          <w:bottom w:val="single" w:sz="8" w:space="1" w:color="2F75B5"/>
        </w:pBdr>
      </w:pPr>
      <w:r>
        <w:rPr>
          <w:rFonts w:ascii="Arial" w:hAnsi="Arial"/>
          <w:b/>
          <w:color w:val="17365D"/>
          <w:sz w:val="20"/>
        </w:rPr>
        <w:t>RECOVERY AND CURRENT STABILITY</w:t>
      </w:r>
    </w:p>
    <w:p>
      <w:pPr>
        <w:spacing w:after="40"/>
      </w:pPr>
      <w:r>
        <w:t>1. Primary substance(s) used: ______________________________________________________________</w:t>
      </w:r>
    </w:p>
    <w:p>
      <w:pPr>
        <w:spacing w:after="40"/>
      </w:pPr>
      <w:r>
        <w:t>2. Date last used alcohol or non-prescribed drugs: _____________________________________________</w:t>
      </w:r>
    </w:p>
    <w:p>
      <w:pPr>
        <w:spacing w:after="40"/>
      </w:pPr>
      <w:r>
        <w:t>3. Are you currently sober and able to live safely in a nonclinical residence?   ☐ Yes   ☐ No</w:t>
      </w:r>
    </w:p>
    <w:p>
      <w:pPr>
        <w:spacing w:after="40"/>
      </w:pPr>
      <w:r>
        <w:t>4. Are you currently experiencing withdrawal or in need of detoxification?   ☐ Yes   ☐ No</w:t>
      </w:r>
    </w:p>
    <w:p>
      <w:pPr>
        <w:spacing w:after="40"/>
      </w:pPr>
      <w:r>
        <w:t>5. Most recent detox, residential treatment or hospital program (name and discharge date):</w:t>
      </w:r>
      <w:r>
        <w:br/>
        <w:t>________________________________________________________________________________</w:t>
      </w:r>
    </w:p>
    <w:p>
      <w:pPr>
        <w:spacing w:after="40"/>
      </w:pPr>
      <w:r>
        <w:t>6. Have you ever experienced a withdrawal seizure or delirium tremens (DTs)?   ☐ Yes   ☐ No</w:t>
      </w:r>
    </w:p>
    <w:p>
      <w:pPr>
        <w:spacing w:after="40"/>
      </w:pPr>
      <w:r>
        <w:t xml:space="preserve">   If yes, briefly explain: __________________________________________________________________</w:t>
      </w:r>
    </w:p>
    <w:p>
      <w:pPr>
        <w:spacing w:after="40"/>
      </w:pPr>
      <w:r>
        <w:t>7. Do you have any current medical or mental-health concern that may require immediate professional care?   ☐ Yes   ☐ No</w:t>
      </w:r>
    </w:p>
    <w:p>
      <w:pPr>
        <w:spacing w:after="40"/>
      </w:pPr>
      <w:r>
        <w:t xml:space="preserve">   If yes, briefly explain: __________________________________________________________________</w:t>
      </w:r>
    </w:p>
    <w:p>
      <w:pPr>
        <w:spacing w:after="40"/>
      </w:pPr>
      <w:r>
        <w:t>8. Can you safely self-administer all prescribed medications?   ☐ Yes   ☐ No   ☐ Not applicable</w:t>
      </w:r>
    </w:p>
    <w:p>
      <w:pPr>
        <w:spacing w:after="40"/>
      </w:pPr>
      <w:r>
        <w:t>9. Current prescribed medications, including methadone, buprenorphine/Suboxone or other recovery medication:</w:t>
      </w:r>
      <w:r>
        <w:br/>
        <w:t>________________________________________________________________________________</w:t>
      </w:r>
    </w:p>
    <w:p>
      <w:pPr>
        <w:keepNext/>
        <w:spacing w:before="80" w:after="40"/>
        <w:pBdr>
          <w:bottom w:val="single" w:sz="8" w:space="1" w:color="2F75B5"/>
        </w:pBdr>
      </w:pPr>
      <w:r>
        <w:rPr>
          <w:rFonts w:ascii="Arial" w:hAnsi="Arial"/>
          <w:b/>
          <w:color w:val="17365D"/>
          <w:sz w:val="20"/>
        </w:rPr>
        <w:t>TREATMENT, IOP AND AFTERCARE</w:t>
      </w:r>
    </w:p>
    <w:p>
      <w:pPr>
        <w:spacing w:after="40"/>
      </w:pPr>
      <w:r>
        <w:t>10. Are you currently enrolled in an IOP, outpatient program, therapy or other aftercare?   ☐ Yes   ☐ No</w:t>
      </w:r>
    </w:p>
    <w:p>
      <w:pPr>
        <w:spacing w:after="40"/>
      </w:pPr>
      <w:r>
        <w:t xml:space="preserve">    Program/provider: _______________________________ Phone: ______________________________</w:t>
      </w:r>
    </w:p>
    <w:p>
      <w:pPr>
        <w:spacing w:after="40"/>
      </w:pPr>
      <w:r>
        <w:t xml:space="preserve">    Days/times: __________________________________________________________________________</w:t>
      </w:r>
    </w:p>
    <w:p>
      <w:pPr>
        <w:spacing w:after="40"/>
      </w:pPr>
      <w:r>
        <w:t>11. If not currently enrolled, what is your planned aftercare or recovery-support plan?</w:t>
      </w:r>
      <w:r>
        <w:br/>
        <w:t>________________________________________________________________________________</w:t>
      </w:r>
    </w:p>
    <w:p>
      <w:pPr>
        <w:spacing w:after="40"/>
      </w:pPr>
      <w:r>
        <w:t>12. Are you willing to follow your recommended aftercare plan while residing here?   ☐ Yes   ☐ No</w:t>
      </w:r>
    </w:p>
    <w:p>
      <w:r>
        <w:br w:type="page"/>
      </w:r>
    </w:p>
    <w:p>
      <w:pPr>
        <w:keepNext/>
        <w:spacing w:before="80" w:after="40"/>
        <w:pBdr>
          <w:bottom w:val="single" w:sz="8" w:space="1" w:color="2F75B5"/>
        </w:pBdr>
      </w:pPr>
      <w:r>
        <w:rPr>
          <w:rFonts w:ascii="Arial" w:hAnsi="Arial"/>
          <w:b/>
          <w:color w:val="17365D"/>
          <w:sz w:val="20"/>
        </w:rPr>
        <w:t>WORK, SCHEDULE AND TRANSPORTATION</w:t>
      </w:r>
    </w:p>
    <w:p>
      <w:pPr>
        <w:spacing w:after="40"/>
      </w:pPr>
      <w:r>
        <w:t>13. Employment status:   ☐ Full-time   ☐ Part-time   ☐ Seeking work   ☐ Student   ☐ Other: __________</w:t>
      </w:r>
    </w:p>
    <w:p>
      <w:pPr>
        <w:spacing w:after="40"/>
      </w:pPr>
      <w:r>
        <w:t xml:space="preserve">    Employer: _____________________________________ Typical work hours: ____________________</w:t>
      </w:r>
    </w:p>
    <w:p>
      <w:pPr>
        <w:spacing w:after="40"/>
      </w:pPr>
      <w:r>
        <w:t>14. If unemployed, are you willing to actively seek and obtain employment within 30 days?   ☐ Yes   ☐ No</w:t>
      </w:r>
    </w:p>
    <w:p>
      <w:pPr>
        <w:spacing w:after="40"/>
      </w:pPr>
      <w:r>
        <w:t>15. Transportation plan for work, treatment and meetings: ______________________________________</w:t>
      </w:r>
    </w:p>
    <w:p>
      <w:pPr>
        <w:keepNext/>
        <w:spacing w:before="80" w:after="40"/>
        <w:pBdr>
          <w:bottom w:val="single" w:sz="8" w:space="1" w:color="2F75B5"/>
        </w:pBdr>
      </w:pPr>
      <w:r>
        <w:rPr>
          <w:rFonts w:ascii="Arial" w:hAnsi="Arial"/>
          <w:b/>
          <w:color w:val="17365D"/>
          <w:sz w:val="20"/>
        </w:rPr>
        <w:t>HOUSE COMMITMENTS</w:t>
      </w:r>
    </w:p>
    <w:p>
      <w:pPr>
        <w:spacing w:after="40"/>
      </w:pPr>
      <w:r>
        <w:t>Please initial each statement:</w:t>
      </w:r>
    </w:p>
    <w:p>
      <w:pPr>
        <w:spacing w:after="40"/>
        <w:ind w:left="115" w:hanging="115"/>
      </w:pPr>
      <w:r>
        <w:t>_____ I will remain free from alcohol, non-prescribed drugs and prohibited substances.</w:t>
      </w:r>
    </w:p>
    <w:p>
      <w:pPr>
        <w:spacing w:after="40"/>
        <w:ind w:left="115" w:hanging="115"/>
      </w:pPr>
      <w:r>
        <w:t>_____ I will complete random and reasonable-suspicion drug/alcohol tests; refusal or tampering may result in discharge.</w:t>
      </w:r>
    </w:p>
    <w:p>
      <w:pPr>
        <w:spacing w:after="40"/>
        <w:ind w:left="115" w:hanging="115"/>
      </w:pPr>
      <w:r>
        <w:t>_____ I will attend at least four AA, NA or other house-approved recovery meetings each week around my work schedule.</w:t>
      </w:r>
    </w:p>
    <w:p>
      <w:pPr>
        <w:spacing w:after="40"/>
        <w:ind w:left="115" w:hanging="115"/>
      </w:pPr>
      <w:r>
        <w:t>_____ I will attend mandatory weekly house/group meetings and individual Recovery Jon coaching check-ins.</w:t>
      </w:r>
    </w:p>
    <w:p>
      <w:pPr>
        <w:spacing w:after="40"/>
        <w:ind w:left="115" w:hanging="115"/>
      </w:pPr>
      <w:r>
        <w:t>_____ I will follow curfew, guest, overnight-pass, chore, conduct and all other house policies.</w:t>
      </w:r>
    </w:p>
    <w:p>
      <w:pPr>
        <w:spacing w:after="40"/>
        <w:ind w:left="115" w:hanging="115"/>
      </w:pPr>
      <w:r>
        <w:t>_____ I understand relapse, violence, threats, prohibited items or an unapproved overnight absence may lead to discharge.</w:t>
      </w:r>
    </w:p>
    <w:p>
      <w:pPr>
        <w:spacing w:after="40"/>
        <w:ind w:left="115" w:hanging="115"/>
      </w:pPr>
      <w:r>
        <w:t>_____ I am willing to work out or participate in approved fitness activity at least three days per week, subject to medical limitations.</w:t>
      </w:r>
    </w:p>
    <w:p>
      <w:pPr>
        <w:keepNext/>
        <w:spacing w:before="80" w:after="40"/>
        <w:pBdr>
          <w:bottom w:val="single" w:sz="8" w:space="1" w:color="2F75B5"/>
        </w:pBdr>
      </w:pPr>
      <w:r>
        <w:rPr>
          <w:rFonts w:ascii="Arial" w:hAnsi="Arial"/>
          <w:b/>
          <w:color w:val="17365D"/>
          <w:sz w:val="20"/>
        </w:rPr>
        <w:t>PAYMENT READINESS</w:t>
      </w:r>
    </w:p>
    <w:p>
      <w:pPr>
        <w:spacing w:after="40"/>
      </w:pPr>
      <w:r>
        <w:t>16. Do you understand the current fee is $1,300 before move-in for the first 28 days, then $325 every seven days in advance?   ☐ Yes   ☐ No</w:t>
      </w:r>
    </w:p>
    <w:p>
      <w:pPr>
        <w:spacing w:after="40"/>
      </w:pPr>
      <w:r>
        <w:t>17. Are you able and prepared to make all required payments on time?   ☐ Yes   ☐ No</w:t>
      </w:r>
    </w:p>
    <w:p>
      <w:pPr>
        <w:keepNext/>
        <w:spacing w:before="80" w:after="40"/>
        <w:pBdr>
          <w:bottom w:val="single" w:sz="8" w:space="1" w:color="2F75B5"/>
        </w:pBdr>
      </w:pPr>
      <w:r>
        <w:rPr>
          <w:rFonts w:ascii="Arial" w:hAnsi="Arial"/>
          <w:b/>
          <w:color w:val="17365D"/>
          <w:sz w:val="20"/>
        </w:rPr>
        <w:t>APPLICANT STATEMENTS</w:t>
      </w:r>
    </w:p>
    <w:p>
      <w:pPr>
        <w:spacing w:after="60"/>
      </w:pPr>
      <w:r>
        <w:t>I certify that the information in this application is true and complete to the best of my knowledge. I understand that this application does not guarantee admission or reserve a bed. I authorize Elevated Path House to contact the treatment or aftercare provider listed above only to verify participation or coordinate admission after I provide any separate written consent required by law. I understand Elevated Path House is a sober living residence and does not provide detoxification, medical care, therapy or clinical treatment.</w:t>
      </w:r>
    </w:p>
    <w:p>
      <w:pPr>
        <w:keepNext/>
        <w:spacing w:before="80" w:after="40"/>
        <w:pBdr>
          <w:bottom w:val="single" w:sz="8" w:space="1" w:color="2F75B5"/>
        </w:pBdr>
      </w:pPr>
      <w:r>
        <w:rPr>
          <w:rFonts w:ascii="Arial" w:hAnsi="Arial"/>
          <w:b/>
          <w:color w:val="17365D"/>
          <w:sz w:val="20"/>
        </w:rPr>
        <w:t>APPLICANT SIGNATURE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85"/>
        <w:gridCol w:w="5285"/>
      </w:tblGrid>
      <w:tr>
        <w:tc>
          <w:tcPr>
            <w:tcW w:type="dxa" w:w="5213"/>
            <w:tcMar>
              <w:top w:w="45" w:type="dxa"/>
              <w:start w:w="75" w:type="dxa"/>
              <w:bottom w:w="45" w:type="dxa"/>
              <w:end w:w="75" w:type="dxa"/>
            </w:tcMar>
            <w:vAlign w:val="center"/>
          </w:tcPr>
          <w:p>
            <w:pPr>
              <w:spacing w:after="0"/>
            </w:pPr>
            <w:r>
              <w:t>Applicant signature: _____________________________</w:t>
            </w:r>
          </w:p>
        </w:tc>
        <w:tc>
          <w:tcPr>
            <w:tcW w:type="dxa" w:w="5213"/>
            <w:tcMar>
              <w:top w:w="45" w:type="dxa"/>
              <w:start w:w="75" w:type="dxa"/>
              <w:bottom w:w="45" w:type="dxa"/>
              <w:end w:w="75" w:type="dxa"/>
            </w:tcMar>
            <w:vAlign w:val="center"/>
          </w:tcPr>
          <w:p>
            <w:pPr>
              <w:spacing w:after="0"/>
            </w:pPr>
            <w:r>
              <w:t>Date: _________________________________________</w:t>
            </w:r>
          </w:p>
        </w:tc>
      </w:tr>
      <w:tr>
        <w:tc>
          <w:tcPr>
            <w:tcW w:type="dxa" w:w="5213"/>
            <w:tcMar>
              <w:top w:w="45" w:type="dxa"/>
              <w:start w:w="75" w:type="dxa"/>
              <w:bottom w:w="45" w:type="dxa"/>
              <w:end w:w="75" w:type="dxa"/>
            </w:tcMar>
            <w:vAlign w:val="center"/>
          </w:tcPr>
          <w:p>
            <w:pPr>
              <w:spacing w:after="0"/>
            </w:pPr>
            <w:r>
              <w:t>Printed name: __________________________________</w:t>
            </w:r>
          </w:p>
        </w:tc>
        <w:tc>
          <w:tcPr>
            <w:tcW w:type="dxa" w:w="5213"/>
            <w:tcMar>
              <w:top w:w="45" w:type="dxa"/>
              <w:start w:w="75" w:type="dxa"/>
              <w:bottom w:w="45" w:type="dxa"/>
              <w:end w:w="75" w:type="dxa"/>
            </w:tcMar>
            <w:vAlign w:val="center"/>
          </w:tcPr>
          <w:p>
            <w:pPr>
              <w:spacing w:after="0"/>
            </w:pPr>
            <w:r>
              <w:t>Application completed by: ☐ Applicant ☐ With assistance</w:t>
            </w:r>
          </w:p>
        </w:tc>
      </w:tr>
    </w:tbl>
    <w:p>
      <w:pPr>
        <w:keepNext/>
        <w:spacing w:before="80" w:after="40"/>
        <w:pBdr>
          <w:bottom w:val="single" w:sz="8" w:space="1" w:color="2F75B5"/>
        </w:pBdr>
      </w:pPr>
      <w:r>
        <w:rPr>
          <w:rFonts w:ascii="Arial" w:hAnsi="Arial"/>
          <w:b/>
          <w:color w:val="17365D"/>
          <w:sz w:val="20"/>
        </w:rPr>
        <w:t>FOR ELEVATED PATH HOUSE USE ONLY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85"/>
        <w:gridCol w:w="5285"/>
      </w:tblGrid>
      <w:tr>
        <w:tc>
          <w:tcPr>
            <w:tcW w:type="dxa" w:w="5213"/>
            <w:tcMar>
              <w:top w:w="45" w:type="dxa"/>
              <w:start w:w="75" w:type="dxa"/>
              <w:bottom w:w="45" w:type="dxa"/>
              <w:end w:w="75" w:type="dxa"/>
            </w:tcMar>
            <w:vAlign w:val="center"/>
          </w:tcPr>
          <w:p>
            <w:pPr>
              <w:spacing w:after="0"/>
            </w:pPr>
            <w:r>
              <w:t>Interview date: _________________________________</w:t>
            </w:r>
          </w:p>
        </w:tc>
        <w:tc>
          <w:tcPr>
            <w:tcW w:type="dxa" w:w="5213"/>
            <w:tcMar>
              <w:top w:w="45" w:type="dxa"/>
              <w:start w:w="75" w:type="dxa"/>
              <w:bottom w:w="45" w:type="dxa"/>
              <w:end w:w="75" w:type="dxa"/>
            </w:tcMar>
            <w:vAlign w:val="center"/>
          </w:tcPr>
          <w:p>
            <w:pPr>
              <w:spacing w:after="0"/>
            </w:pPr>
            <w:r>
              <w:t>Interviewed by: _________________________________</w:t>
            </w:r>
          </w:p>
        </w:tc>
      </w:tr>
      <w:tr>
        <w:tc>
          <w:tcPr>
            <w:tcW w:type="dxa" w:w="5213"/>
            <w:tcMar>
              <w:top w:w="45" w:type="dxa"/>
              <w:start w:w="75" w:type="dxa"/>
              <w:bottom w:w="45" w:type="dxa"/>
              <w:end w:w="75" w:type="dxa"/>
            </w:tcMar>
            <w:vAlign w:val="center"/>
          </w:tcPr>
          <w:p>
            <w:pPr>
              <w:spacing w:after="0"/>
            </w:pPr>
            <w:r>
              <w:t>Decision:   ☐ Accepted   ☐ Waitlist   ☐ Not accepted</w:t>
            </w:r>
          </w:p>
        </w:tc>
        <w:tc>
          <w:tcPr>
            <w:tcW w:type="dxa" w:w="5213"/>
            <w:tcMar>
              <w:top w:w="45" w:type="dxa"/>
              <w:start w:w="75" w:type="dxa"/>
              <w:bottom w:w="45" w:type="dxa"/>
              <w:end w:w="75" w:type="dxa"/>
            </w:tcMar>
            <w:vAlign w:val="center"/>
          </w:tcPr>
          <w:p>
            <w:pPr>
              <w:spacing w:after="0"/>
            </w:pPr>
            <w:r>
              <w:t>Proposed move-in date: __________________________</w:t>
            </w:r>
          </w:p>
        </w:tc>
      </w:tr>
    </w:tbl>
    <w:p>
      <w:pPr>
        <w:spacing w:after="40"/>
      </w:pPr>
      <w:r>
        <w:t>Notes: ____________________________________________________________________________________</w:t>
      </w:r>
    </w:p>
    <w:sectPr w:rsidR="00FC693F" w:rsidRPr="0006063C" w:rsidSect="00034616">
      <w:footerReference w:type="default" r:id="rId9"/>
      <w:pgSz w:w="12240" w:h="15840"/>
      <w:pgMar w:top="605" w:right="835" w:bottom="605" w:left="8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55555"/>
        <w:sz w:val="15"/>
      </w:rPr>
      <w:t>Elevated Path House • Resident Application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